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7: Shopping Spree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Welcome to the School Store! Use the price list to answer each question. Line up your decimal points when you add.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448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Item</w:t>
            </w:r>
          </w:p>
        </w:tc>
        <w:tc>
          <w:tcPr>
            <w:tcW w:type="dxa" w:w="158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Price</w:t>
            </w:r>
          </w:p>
        </w:tc>
        <w:tc>
          <w:tcPr>
            <w:tcW w:type="dxa" w:w="2448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Item</w:t>
            </w:r>
          </w:p>
        </w:tc>
        <w:tc>
          <w:tcPr>
            <w:tcW w:type="dxa" w:w="158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Price</w:t>
            </w:r>
          </w:p>
        </w:tc>
      </w:tr>
      <w:tr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Pencil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$1.25</w:t>
            </w:r>
          </w:p>
        </w:tc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Markers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$4.60</w:t>
            </w:r>
          </w:p>
        </w:tc>
      </w:tr>
      <w:tr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Eraser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$0.75</w:t>
            </w:r>
          </w:p>
        </w:tc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Sticker sheet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$0.90</w:t>
            </w:r>
          </w:p>
        </w:tc>
      </w:tr>
      <w:tr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Notebook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$3.40</w:t>
            </w:r>
          </w:p>
        </w:tc>
        <w:tc>
          <w:tcPr>
            <w:tcW w:type="dxa" w:w="244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Water bottle</w:t>
            </w:r>
          </w:p>
        </w:tc>
        <w:tc>
          <w:tcPr>
            <w:tcW w:type="dxa" w:w="158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$6.50</w:t>
            </w:r>
          </w:p>
        </w:tc>
      </w:tr>
    </w:tbl>
    <w:p>
      <w:pPr>
        <w:spacing w:after="120" w:before="0"/>
      </w:pPr>
      <w:r>
        <w:rPr>
          <w:b w:val="0"/>
          <w:i w:val="0"/>
          <w:sz w:val="16"/>
        </w:rPr>
      </w:r>
    </w:p>
    <w:p>
      <w:pPr>
        <w:spacing w:after="160" w:before="0"/>
      </w:pPr>
      <w:r>
        <w:rPr>
          <w:b w:val="0"/>
          <w:i w:val="0"/>
          <w:sz w:val="22"/>
        </w:rPr>
        <w:t>1.  Buy a notebook and markers. What is the total?  ____________</w:t>
      </w:r>
    </w:p>
    <w:p>
      <w:pPr>
        <w:spacing w:after="160" w:before="0"/>
      </w:pPr>
      <w:r>
        <w:rPr>
          <w:b w:val="0"/>
          <w:i w:val="0"/>
          <w:sz w:val="22"/>
        </w:rPr>
        <w:t>2.  You pay for #1 with a $10 bill. How much change?  ____________</w:t>
      </w:r>
    </w:p>
    <w:p>
      <w:pPr>
        <w:spacing w:after="160" w:before="0"/>
      </w:pPr>
      <w:r>
        <w:rPr>
          <w:b w:val="0"/>
          <w:i w:val="0"/>
          <w:sz w:val="22"/>
        </w:rPr>
        <w:t>3.  Buy a pencil, an eraser, and a sticker sheet. Total?  ____________</w:t>
      </w:r>
    </w:p>
    <w:p>
      <w:pPr>
        <w:spacing w:after="120" w:before="0"/>
      </w:pPr>
      <w:r>
        <w:rPr>
          <w:b w:val="0"/>
          <w:i w:val="0"/>
          <w:sz w:val="22"/>
        </w:rPr>
        <w:t>4.  You have $5.00. List things you could buy and still have money left: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2"/>
        </w:rPr>
        <w:t>Challenge (Gr 6):  Buy 3 water bottles. What is the total?  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